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בחנות עם 50 ₪ - צרכים ורצונות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בעת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הוצאות ועודף מתוך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רכישות חכמות במסגרת סכום כסף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36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צורך הוא הכרחי, רצון הוא נחמד אבל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חלב, לחם, 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24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 פחות 45 שווה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סוכריות הן דוגמה לרצון, לא הכרחיות לקיום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המשחק עולה 45 ₪, יותר מכל מוצר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6+8=14, וזה יותר מ-10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סכום כל המוצרים גבוה בהרבה מ-50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מבטיחים שהדברים החשובים נקנים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וחסרים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מוצר לסוג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תכנון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קודם מוצרי צורך (חלב, לחם, ביצים, תפוחים) ורק אז מוסיף מוצרי רצון אם נשאר כסף, עם חישוב נכון של הסכום הכולל ועד 50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להבדיל בין הכרחי לנחמד-אבל-לא-חובה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12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תואמות לרשימת המוצרים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קנייה בפועל עם מחשבון או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שהחלטות כלכליות קטנות מלמדות על תכנון תקציב בגדול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ולשאול מה היו בוחרים אם היה להם רק 20 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בחנות עם 50 ₪ - צרכים ורצונות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לכם 50 שקלים. קונים דברים לבית. קודם קונים דברים חשובים (צורך). אחר כך, אם נשאר כסף, אפשר לקנות דברים שרוצים (רצון).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לחיים, כמו אוכל בסיסי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נחמד אבל לא הכרחי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לנו לבזבז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שנשאר אחרי הקנייה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שילמנו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 כולל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המחירים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מראש מה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מוצר הוא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50 פחות 14 זה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36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הוא הכרחי, רצון הוא נחמד אבל 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תמיד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תמיד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50 פחות 45 זה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מוצרים הכרחיים?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חלב, לחם,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שוקולד, משחק, סוכריות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משקה מתוק, משחק,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חלב, משחק, סוכריות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10 ועוד 14 זה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50 ₪ וקניתי מוצרים ב-45 ₪, נשאר לי 5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סוכריות נחשבות לצורך בסיסי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הוא המוצר היקר ביותר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חלב ולחם יחד עולים יותר מתפוחים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קונים את כל שמונת המוצרים ברשימה, נשאר כסף מתוך 50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לקנות קודם צרכים ורק אחר כך לבדוק אם נשאר כסף לרצונות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מספרים וחסרים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יש 50 ₪ וקניתי שוקולד (7 ₪) ומשקה מתוק (9 ₪), נשאר לי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שהוא הכרחי לקיום, כמו אוכל בסיסי,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שהיינו רוצים אבל הוא לא הכרחי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הסכום הכולל שיש לי לקנייה בחנות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קניתי ביצים (14 ₪) ותפוחים (10 ₪), שילמתי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מוצר לסוג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סוכריות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תכנון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רשימת קניות עם 50 ₪ מתוך המוצרים בדף. כתבו אילו מוצרים תקנו, בסדר עדיפות, וכמה כסף נשאר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יש לי 50 ₪ וקניתי ב-38 ₪, כמה נשאר?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למוצר צורך ואחת למוצר רצון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בחנות עם 50 ₪ - צרכים ורצונות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