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להבחין בין צורך לרצון בעת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חישוב הוצאות ועודף מתוך תקציב קבוע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לתכנן רכישות חכמות במסגרת סכום כסף מוגבל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הבנה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שוקולד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36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50 פחות 45 שווה 5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סוכריות הן דוגמה לרצון, לא הכרחיות לקיום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המשחק עולה 45 ₪, יותר מכל מוצר אחר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מספרים וחסרים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1. 34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רצון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בין מוצר לסוג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(רצון)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(צורך)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(רצון)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תכנון קנייה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התלמיד מציג קודם מוצרי צורך (חלב, לחם, ביצים, תפוחים) ורק אז מוסיף מוצרי רצון אם נשאר כסף, עם חישוב נכון של הסכום הכולל ועד 50 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התשובה צריכה להבדיל בין הכרחי לנחמד-אבל-לא-חובה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12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דוגמאות תואמות לרשימת המוצרים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לדמות קנייה בפועל עם מחשבון או בעל 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להדגיש שהחלטות כלכליות קטנות מלמדות על תכנון תקציב בגדול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להרחיב ולשאול מה היו בוחרים אם היה להם רק 20 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כסף בראש – חינוך פיננסי לכיתה ט׳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בחנות עם 50 ₪ - צרכים ורצונות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הזה יש 50 ₪ לקניות לבית לשבוע. צריך לבחור מוצרים - קודם מה שצריך באמת, ורק אחר כך מה שרוצים אם נשאר כסף.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רצון  ·  34  ·  צורך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שאלות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מהמוצרים הוא דוגמה ל'רצון' ולא 'צורך'?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לחם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חלב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שוקולד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יש 50 ₪. קניתי חלב (6 ₪) ולחם (8 ₪). כמה נשאר?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36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32 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44 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אם יש 50 ₪ וקניתי מוצרים ב-45 ₪, נשאר לי 5 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סוכריות נחשבות לצורך בסיסי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המשחק הוא המוצר היקר ביותר ברשימה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השלמת מספרים וחסרים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אם יש 50 ₪ וקניתי שוקולד (7 ₪) ומשקה מתוק (9 ₪), נשאר לי __________ 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מוצר שהוא הכרחי לקיום, כמו אוכל בסיסי,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3. מוצר שהיינו רוצים אבל הוא לא הכרחי נקרא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התאמה בין מוצר לסוג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חלב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רצון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שוקולד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לחם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צורך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משחק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רצון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תכנון קנייה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תכננו רשימת קניות עם 50 ₪ מתוך המוצרים בדף. כתבו אילו מוצרים תקנו, בסדר עדיפות, וכמה כסף נשאר בסוף.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צורך לרצון?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אם יש לי 50 ₪ וקניתי ב-38 ₪, כמה נשאר?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בחנות עם 50 ₪ - צרכים ורצונות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